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08BEC" w14:textId="77777777" w:rsidR="00B8254B" w:rsidRDefault="00B8254B"/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564"/>
        <w:gridCol w:w="4564"/>
      </w:tblGrid>
      <w:tr w:rsidR="00766DAF" w14:paraId="33482219" w14:textId="77777777">
        <w:tc>
          <w:tcPr>
            <w:tcW w:w="4564" w:type="dxa"/>
            <w:vAlign w:val="center"/>
          </w:tcPr>
          <w:p w14:paraId="1842F147" w14:textId="764B6E3A" w:rsidR="00766DAF" w:rsidRDefault="00FF543E">
            <w:r>
              <w:rPr>
                <w:noProof/>
              </w:rPr>
              <w:drawing>
                <wp:inline distT="0" distB="0" distL="0" distR="0" wp14:anchorId="3D969436" wp14:editId="54C0B7DA">
                  <wp:extent cx="1800000" cy="51591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łny Logotyp(1)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515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4" w:type="dxa"/>
            <w:vAlign w:val="center"/>
          </w:tcPr>
          <w:p w14:paraId="5B2EF3B4" w14:textId="77777777" w:rsidR="00766DAF" w:rsidRDefault="00FF543E">
            <w:pPr>
              <w:spacing w:after="0"/>
              <w:jc w:val="right"/>
            </w:pPr>
            <w:proofErr w:type="spellStart"/>
            <w:r>
              <w:rPr>
                <w:sz w:val="21"/>
              </w:rPr>
              <w:t>Zielona</w:t>
            </w:r>
            <w:proofErr w:type="spellEnd"/>
            <w:r>
              <w:rPr>
                <w:sz w:val="21"/>
              </w:rPr>
              <w:t xml:space="preserve"> Góra,...............................</w:t>
            </w:r>
          </w:p>
        </w:tc>
      </w:tr>
    </w:tbl>
    <w:p w14:paraId="7150ED86" w14:textId="77777777" w:rsidR="00766DAF" w:rsidRDefault="00766DAF">
      <w:pPr>
        <w:spacing w:after="0" w:line="120" w:lineRule="auto"/>
      </w:pPr>
    </w:p>
    <w:p w14:paraId="6C01567B" w14:textId="77777777" w:rsidR="00B8254B" w:rsidRDefault="00B8254B" w:rsidP="00B8254B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12FF97A5" w14:textId="77777777" w:rsidR="00B8254B" w:rsidRDefault="00B8254B" w:rsidP="00B8254B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48B522B8" w14:textId="0A5FA9BE" w:rsidR="00766DAF" w:rsidRPr="00B8254B" w:rsidRDefault="00FF543E" w:rsidP="00B8254B">
      <w:pPr>
        <w:spacing w:after="0" w:line="240" w:lineRule="auto"/>
        <w:jc w:val="both"/>
        <w:rPr>
          <w:b/>
          <w:bCs/>
          <w:sz w:val="24"/>
          <w:szCs w:val="24"/>
        </w:rPr>
      </w:pPr>
      <w:proofErr w:type="spellStart"/>
      <w:r w:rsidRPr="00B8254B">
        <w:rPr>
          <w:b/>
          <w:bCs/>
          <w:sz w:val="24"/>
          <w:szCs w:val="24"/>
        </w:rPr>
        <w:t>Wyrażam</w:t>
      </w:r>
      <w:proofErr w:type="spellEnd"/>
      <w:r w:rsidRPr="00B8254B">
        <w:rPr>
          <w:b/>
          <w:bCs/>
          <w:sz w:val="24"/>
          <w:szCs w:val="24"/>
        </w:rPr>
        <w:t xml:space="preserve"> zgodę na uczestnictwo …………………………………………………………</w:t>
      </w:r>
    </w:p>
    <w:p w14:paraId="6801BC31" w14:textId="3FD792E1" w:rsidR="00766DAF" w:rsidRPr="00B8254B" w:rsidRDefault="00B8254B" w:rsidP="00B8254B">
      <w:pPr>
        <w:spacing w:after="20"/>
        <w:jc w:val="both"/>
        <w:rPr>
          <w:sz w:val="24"/>
          <w:szCs w:val="24"/>
        </w:rPr>
      </w:pPr>
      <w:r w:rsidRPr="00B8254B">
        <w:rPr>
          <w:b/>
          <w:bCs/>
          <w:sz w:val="24"/>
          <w:szCs w:val="24"/>
        </w:rPr>
        <w:t xml:space="preserve">                                                                                                      </w:t>
      </w:r>
      <w:r w:rsidRPr="00B8254B">
        <w:rPr>
          <w:sz w:val="24"/>
          <w:szCs w:val="24"/>
        </w:rPr>
        <w:t xml:space="preserve"> </w:t>
      </w:r>
      <w:r w:rsidR="00FF543E" w:rsidRPr="00B8254B">
        <w:rPr>
          <w:sz w:val="24"/>
          <w:szCs w:val="24"/>
        </w:rPr>
        <w:t>(</w:t>
      </w:r>
      <w:proofErr w:type="spellStart"/>
      <w:r w:rsidR="00FF543E" w:rsidRPr="00B8254B">
        <w:rPr>
          <w:sz w:val="24"/>
          <w:szCs w:val="24"/>
        </w:rPr>
        <w:t>nazwisko</w:t>
      </w:r>
      <w:proofErr w:type="spellEnd"/>
      <w:r w:rsidR="00FF543E" w:rsidRPr="00B8254B">
        <w:rPr>
          <w:sz w:val="24"/>
          <w:szCs w:val="24"/>
        </w:rPr>
        <w:t xml:space="preserve"> i </w:t>
      </w:r>
      <w:proofErr w:type="spellStart"/>
      <w:r w:rsidR="00FF543E" w:rsidRPr="00B8254B">
        <w:rPr>
          <w:sz w:val="24"/>
          <w:szCs w:val="24"/>
        </w:rPr>
        <w:t>imię</w:t>
      </w:r>
      <w:proofErr w:type="spellEnd"/>
      <w:r w:rsidR="00FF543E" w:rsidRPr="00B8254B">
        <w:rPr>
          <w:sz w:val="24"/>
          <w:szCs w:val="24"/>
        </w:rPr>
        <w:t>)</w:t>
      </w:r>
    </w:p>
    <w:p w14:paraId="259D8B5B" w14:textId="10C4CEAD" w:rsidR="00766DAF" w:rsidRPr="00B8254B" w:rsidRDefault="00FF543E" w:rsidP="00B8254B">
      <w:pPr>
        <w:spacing w:after="0" w:line="259" w:lineRule="auto"/>
        <w:jc w:val="both"/>
        <w:rPr>
          <w:b/>
          <w:bCs/>
          <w:sz w:val="24"/>
          <w:szCs w:val="24"/>
        </w:rPr>
      </w:pPr>
      <w:r w:rsidRPr="00B8254B">
        <w:rPr>
          <w:b/>
          <w:bCs/>
          <w:sz w:val="24"/>
          <w:szCs w:val="24"/>
        </w:rPr>
        <w:t xml:space="preserve">w </w:t>
      </w:r>
      <w:proofErr w:type="spellStart"/>
      <w:r w:rsidRPr="00B8254B">
        <w:rPr>
          <w:b/>
          <w:bCs/>
          <w:sz w:val="24"/>
          <w:szCs w:val="24"/>
        </w:rPr>
        <w:t>badaniach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przesiewowych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oraz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zajęciach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logopedycznych</w:t>
      </w:r>
      <w:proofErr w:type="spellEnd"/>
      <w:r w:rsidRPr="00B8254B">
        <w:rPr>
          <w:b/>
          <w:bCs/>
          <w:sz w:val="24"/>
          <w:szCs w:val="24"/>
        </w:rPr>
        <w:t xml:space="preserve">, </w:t>
      </w:r>
      <w:proofErr w:type="spellStart"/>
      <w:r w:rsidRPr="00B8254B">
        <w:rPr>
          <w:b/>
          <w:bCs/>
          <w:sz w:val="24"/>
          <w:szCs w:val="24"/>
        </w:rPr>
        <w:t>odbywających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się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wSzkole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Podstawowej</w:t>
      </w:r>
      <w:proofErr w:type="spellEnd"/>
      <w:r w:rsidRPr="00B8254B">
        <w:rPr>
          <w:b/>
          <w:bCs/>
          <w:sz w:val="24"/>
          <w:szCs w:val="24"/>
        </w:rPr>
        <w:t xml:space="preserve"> nr 13 w </w:t>
      </w:r>
      <w:proofErr w:type="spellStart"/>
      <w:r w:rsidRPr="00B8254B">
        <w:rPr>
          <w:b/>
          <w:bCs/>
          <w:sz w:val="24"/>
          <w:szCs w:val="24"/>
        </w:rPr>
        <w:t>Zielonej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Górze</w:t>
      </w:r>
      <w:proofErr w:type="spellEnd"/>
      <w:r w:rsidRPr="00B8254B">
        <w:rPr>
          <w:b/>
          <w:bCs/>
          <w:sz w:val="24"/>
          <w:szCs w:val="24"/>
        </w:rPr>
        <w:t>.</w:t>
      </w:r>
    </w:p>
    <w:p w14:paraId="27F7D696" w14:textId="022141B3" w:rsidR="00766DAF" w:rsidRPr="00B8254B" w:rsidRDefault="00FF543E" w:rsidP="00B8254B">
      <w:pPr>
        <w:spacing w:after="0" w:line="259" w:lineRule="auto"/>
        <w:jc w:val="both"/>
        <w:rPr>
          <w:b/>
          <w:bCs/>
          <w:sz w:val="24"/>
          <w:szCs w:val="24"/>
        </w:rPr>
      </w:pPr>
      <w:proofErr w:type="spellStart"/>
      <w:r w:rsidRPr="00B8254B">
        <w:rPr>
          <w:b/>
          <w:bCs/>
          <w:sz w:val="24"/>
          <w:szCs w:val="24"/>
        </w:rPr>
        <w:t>Wyrażam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także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zgodę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na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przetwarzanie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danych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osobowych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dziecka</w:t>
      </w:r>
      <w:proofErr w:type="spellEnd"/>
      <w:r w:rsidRPr="00B8254B">
        <w:rPr>
          <w:b/>
          <w:bCs/>
          <w:sz w:val="24"/>
          <w:szCs w:val="24"/>
        </w:rPr>
        <w:t xml:space="preserve">, </w:t>
      </w:r>
      <w:proofErr w:type="spellStart"/>
      <w:r w:rsidRPr="00B8254B">
        <w:rPr>
          <w:b/>
          <w:bCs/>
          <w:sz w:val="24"/>
          <w:szCs w:val="24"/>
        </w:rPr>
        <w:t>na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potrzeby</w:t>
      </w:r>
      <w:proofErr w:type="spellEnd"/>
      <w:r w:rsid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prowadzenia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zajęć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logopedycznych</w:t>
      </w:r>
      <w:proofErr w:type="spellEnd"/>
      <w:r w:rsidRPr="00B8254B">
        <w:rPr>
          <w:b/>
          <w:bCs/>
          <w:sz w:val="24"/>
          <w:szCs w:val="24"/>
        </w:rPr>
        <w:t xml:space="preserve">, </w:t>
      </w:r>
      <w:proofErr w:type="spellStart"/>
      <w:r w:rsidRPr="00B8254B">
        <w:rPr>
          <w:b/>
          <w:bCs/>
          <w:sz w:val="24"/>
          <w:szCs w:val="24"/>
        </w:rPr>
        <w:t>publikację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jego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wizerunku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oraz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r w:rsid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prac</w:t>
      </w:r>
      <w:proofErr w:type="spellEnd"/>
      <w:r w:rsid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konkursowych</w:t>
      </w:r>
      <w:proofErr w:type="spellEnd"/>
      <w:r w:rsidRPr="00B8254B">
        <w:rPr>
          <w:b/>
          <w:bCs/>
          <w:sz w:val="24"/>
          <w:szCs w:val="24"/>
        </w:rPr>
        <w:t>.</w:t>
      </w:r>
    </w:p>
    <w:p w14:paraId="69EFF8A1" w14:textId="77777777" w:rsidR="00766DAF" w:rsidRDefault="00FF543E">
      <w:pPr>
        <w:spacing w:before="240" w:after="0"/>
        <w:ind w:left="4535"/>
      </w:pPr>
      <w:r>
        <w:rPr>
          <w:sz w:val="21"/>
        </w:rPr>
        <w:t>…………………………………………………..</w:t>
      </w:r>
    </w:p>
    <w:p w14:paraId="362224E9" w14:textId="77777777" w:rsidR="00766DAF" w:rsidRDefault="00FF543E">
      <w:pPr>
        <w:spacing w:after="0"/>
        <w:ind w:left="4535"/>
        <w:rPr>
          <w:sz w:val="18"/>
        </w:rPr>
      </w:pPr>
      <w:r>
        <w:rPr>
          <w:sz w:val="18"/>
        </w:rPr>
        <w:t>(</w:t>
      </w:r>
      <w:proofErr w:type="spellStart"/>
      <w:r>
        <w:rPr>
          <w:sz w:val="18"/>
        </w:rPr>
        <w:t>czytelny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podpis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rodzica</w:t>
      </w:r>
      <w:proofErr w:type="spellEnd"/>
      <w:r>
        <w:rPr>
          <w:sz w:val="18"/>
        </w:rPr>
        <w:t>/</w:t>
      </w:r>
      <w:proofErr w:type="spellStart"/>
      <w:r>
        <w:rPr>
          <w:sz w:val="18"/>
        </w:rPr>
        <w:t>prawnego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opiekuna</w:t>
      </w:r>
      <w:proofErr w:type="spellEnd"/>
      <w:r>
        <w:rPr>
          <w:sz w:val="18"/>
        </w:rPr>
        <w:t>)</w:t>
      </w:r>
    </w:p>
    <w:p w14:paraId="18C7B824" w14:textId="77777777" w:rsidR="00B8254B" w:rsidRDefault="00B8254B">
      <w:pPr>
        <w:spacing w:after="0"/>
        <w:ind w:left="4535"/>
        <w:rPr>
          <w:sz w:val="18"/>
        </w:rPr>
      </w:pPr>
    </w:p>
    <w:p w14:paraId="502E6648" w14:textId="77777777" w:rsidR="00B8254B" w:rsidRDefault="00B8254B">
      <w:pPr>
        <w:spacing w:after="0"/>
        <w:ind w:left="4535"/>
        <w:rPr>
          <w:sz w:val="18"/>
        </w:rPr>
      </w:pPr>
    </w:p>
    <w:p w14:paraId="47B11309" w14:textId="77777777" w:rsidR="00B8254B" w:rsidRDefault="00B8254B">
      <w:pPr>
        <w:spacing w:after="0"/>
        <w:ind w:left="4535"/>
        <w:rPr>
          <w:sz w:val="18"/>
        </w:rPr>
      </w:pPr>
    </w:p>
    <w:p w14:paraId="3FD9F350" w14:textId="77777777" w:rsidR="00B8254B" w:rsidRDefault="00B8254B">
      <w:pPr>
        <w:spacing w:after="0"/>
        <w:ind w:left="4535"/>
        <w:rPr>
          <w:sz w:val="18"/>
        </w:rPr>
      </w:pPr>
    </w:p>
    <w:p w14:paraId="7C462427" w14:textId="77777777" w:rsidR="00B8254B" w:rsidRDefault="00B8254B">
      <w:pPr>
        <w:spacing w:after="0"/>
        <w:ind w:left="4535"/>
        <w:rPr>
          <w:sz w:val="18"/>
        </w:rPr>
      </w:pPr>
    </w:p>
    <w:p w14:paraId="74C0C939" w14:textId="77777777" w:rsidR="00B8254B" w:rsidRDefault="00B8254B">
      <w:pPr>
        <w:spacing w:after="0"/>
        <w:ind w:left="4535"/>
      </w:pPr>
    </w:p>
    <w:p w14:paraId="56EED21D" w14:textId="77777777" w:rsidR="00766DAF" w:rsidRDefault="00766DAF">
      <w:pPr>
        <w:pBdr>
          <w:bottom w:val="dashed" w:sz="4" w:space="1" w:color="B7B7B7"/>
        </w:pBdr>
        <w:spacing w:before="260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564"/>
        <w:gridCol w:w="4564"/>
      </w:tblGrid>
      <w:tr w:rsidR="00766DAF" w14:paraId="47D5B4C9" w14:textId="77777777">
        <w:tc>
          <w:tcPr>
            <w:tcW w:w="4564" w:type="dxa"/>
            <w:vAlign w:val="center"/>
          </w:tcPr>
          <w:p w14:paraId="22FF89B7" w14:textId="77777777" w:rsidR="00766DAF" w:rsidRDefault="00FF543E">
            <w:r>
              <w:rPr>
                <w:noProof/>
              </w:rPr>
              <w:drawing>
                <wp:inline distT="0" distB="0" distL="0" distR="0" wp14:anchorId="005A170B" wp14:editId="1B32A33E">
                  <wp:extent cx="1800000" cy="515918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łny Logotyp(1)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515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4" w:type="dxa"/>
            <w:vAlign w:val="center"/>
          </w:tcPr>
          <w:p w14:paraId="4052E987" w14:textId="77777777" w:rsidR="00766DAF" w:rsidRDefault="00FF543E">
            <w:pPr>
              <w:spacing w:after="0"/>
              <w:jc w:val="right"/>
            </w:pPr>
            <w:proofErr w:type="spellStart"/>
            <w:r>
              <w:rPr>
                <w:sz w:val="21"/>
              </w:rPr>
              <w:t>Zielona</w:t>
            </w:r>
            <w:proofErr w:type="spellEnd"/>
            <w:r>
              <w:rPr>
                <w:sz w:val="21"/>
              </w:rPr>
              <w:t xml:space="preserve"> Góra,...............................</w:t>
            </w:r>
          </w:p>
        </w:tc>
      </w:tr>
    </w:tbl>
    <w:p w14:paraId="6C856D91" w14:textId="77777777" w:rsidR="00766DAF" w:rsidRDefault="00766DAF">
      <w:pPr>
        <w:spacing w:after="0" w:line="120" w:lineRule="auto"/>
      </w:pPr>
    </w:p>
    <w:p w14:paraId="4FF73568" w14:textId="77777777" w:rsidR="00B8254B" w:rsidRDefault="00B8254B" w:rsidP="00B8254B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060C7454" w14:textId="77777777" w:rsidR="00B8254B" w:rsidRDefault="00B8254B" w:rsidP="00B8254B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55C938C1" w14:textId="59C8C3CD" w:rsidR="00766DAF" w:rsidRPr="00B8254B" w:rsidRDefault="00FF543E" w:rsidP="00B8254B">
      <w:pPr>
        <w:spacing w:after="0" w:line="240" w:lineRule="auto"/>
        <w:jc w:val="both"/>
        <w:rPr>
          <w:b/>
          <w:bCs/>
          <w:sz w:val="24"/>
          <w:szCs w:val="24"/>
        </w:rPr>
      </w:pPr>
      <w:proofErr w:type="spellStart"/>
      <w:r w:rsidRPr="00B8254B">
        <w:rPr>
          <w:b/>
          <w:bCs/>
          <w:sz w:val="24"/>
          <w:szCs w:val="24"/>
        </w:rPr>
        <w:t>Wyrażam</w:t>
      </w:r>
      <w:proofErr w:type="spellEnd"/>
      <w:r w:rsid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zgodę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na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uczestnictwo</w:t>
      </w:r>
      <w:proofErr w:type="spellEnd"/>
      <w:r w:rsidRPr="00B8254B">
        <w:rPr>
          <w:b/>
          <w:bCs/>
          <w:sz w:val="24"/>
          <w:szCs w:val="24"/>
        </w:rPr>
        <w:t xml:space="preserve"> …………………………………………………………</w:t>
      </w:r>
    </w:p>
    <w:p w14:paraId="23931F4E" w14:textId="5853F221" w:rsidR="00766DAF" w:rsidRPr="00B8254B" w:rsidRDefault="00B8254B" w:rsidP="00B8254B">
      <w:pPr>
        <w:spacing w:after="20"/>
        <w:jc w:val="both"/>
        <w:rPr>
          <w:sz w:val="24"/>
          <w:szCs w:val="24"/>
        </w:rPr>
      </w:pPr>
      <w:r w:rsidRPr="00B8254B">
        <w:rPr>
          <w:sz w:val="24"/>
          <w:szCs w:val="24"/>
        </w:rPr>
        <w:t xml:space="preserve">                                                                                                         </w:t>
      </w:r>
      <w:r w:rsidR="00FF543E" w:rsidRPr="00B8254B">
        <w:rPr>
          <w:sz w:val="24"/>
          <w:szCs w:val="24"/>
        </w:rPr>
        <w:t>(</w:t>
      </w:r>
      <w:proofErr w:type="spellStart"/>
      <w:r w:rsidR="00FF543E" w:rsidRPr="00B8254B">
        <w:rPr>
          <w:sz w:val="24"/>
          <w:szCs w:val="24"/>
        </w:rPr>
        <w:t>nazwisko</w:t>
      </w:r>
      <w:proofErr w:type="spellEnd"/>
      <w:r w:rsidR="00FF543E" w:rsidRPr="00B8254B">
        <w:rPr>
          <w:sz w:val="24"/>
          <w:szCs w:val="24"/>
        </w:rPr>
        <w:t xml:space="preserve"> i </w:t>
      </w:r>
      <w:proofErr w:type="spellStart"/>
      <w:r w:rsidR="00FF543E" w:rsidRPr="00B8254B">
        <w:rPr>
          <w:sz w:val="24"/>
          <w:szCs w:val="24"/>
        </w:rPr>
        <w:t>imię</w:t>
      </w:r>
      <w:proofErr w:type="spellEnd"/>
      <w:r w:rsidR="00FF543E" w:rsidRPr="00B8254B">
        <w:rPr>
          <w:sz w:val="24"/>
          <w:szCs w:val="24"/>
        </w:rPr>
        <w:t>)</w:t>
      </w:r>
    </w:p>
    <w:p w14:paraId="5E24A8FC" w14:textId="277CB109" w:rsidR="00766DAF" w:rsidRPr="00B8254B" w:rsidRDefault="00FF543E" w:rsidP="00B8254B">
      <w:pPr>
        <w:spacing w:after="0" w:line="259" w:lineRule="auto"/>
        <w:jc w:val="both"/>
        <w:rPr>
          <w:b/>
          <w:bCs/>
          <w:sz w:val="24"/>
          <w:szCs w:val="24"/>
        </w:rPr>
      </w:pPr>
      <w:r w:rsidRPr="00B8254B">
        <w:rPr>
          <w:b/>
          <w:bCs/>
          <w:sz w:val="24"/>
          <w:szCs w:val="24"/>
        </w:rPr>
        <w:t xml:space="preserve">w </w:t>
      </w:r>
      <w:proofErr w:type="spellStart"/>
      <w:r w:rsidRPr="00B8254B">
        <w:rPr>
          <w:b/>
          <w:bCs/>
          <w:sz w:val="24"/>
          <w:szCs w:val="24"/>
        </w:rPr>
        <w:t>badaniach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przesiewowych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oraz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zajęciach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logopedycznych</w:t>
      </w:r>
      <w:proofErr w:type="spellEnd"/>
      <w:r w:rsidRPr="00B8254B">
        <w:rPr>
          <w:b/>
          <w:bCs/>
          <w:sz w:val="24"/>
          <w:szCs w:val="24"/>
        </w:rPr>
        <w:t xml:space="preserve">, </w:t>
      </w:r>
      <w:proofErr w:type="spellStart"/>
      <w:r w:rsidRPr="00B8254B">
        <w:rPr>
          <w:b/>
          <w:bCs/>
          <w:sz w:val="24"/>
          <w:szCs w:val="24"/>
        </w:rPr>
        <w:t>odbywających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się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wSzkole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Podstawowej</w:t>
      </w:r>
      <w:proofErr w:type="spellEnd"/>
      <w:r w:rsidRPr="00B8254B">
        <w:rPr>
          <w:b/>
          <w:bCs/>
          <w:sz w:val="24"/>
          <w:szCs w:val="24"/>
        </w:rPr>
        <w:t xml:space="preserve"> nr 13 w </w:t>
      </w:r>
      <w:proofErr w:type="spellStart"/>
      <w:r w:rsidRPr="00B8254B">
        <w:rPr>
          <w:b/>
          <w:bCs/>
          <w:sz w:val="24"/>
          <w:szCs w:val="24"/>
        </w:rPr>
        <w:t>Zielonej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Górze</w:t>
      </w:r>
      <w:proofErr w:type="spellEnd"/>
      <w:r w:rsidRPr="00B8254B">
        <w:rPr>
          <w:b/>
          <w:bCs/>
          <w:sz w:val="24"/>
          <w:szCs w:val="24"/>
        </w:rPr>
        <w:t>.</w:t>
      </w:r>
    </w:p>
    <w:p w14:paraId="3F73A77C" w14:textId="04525BD8" w:rsidR="00766DAF" w:rsidRPr="00B8254B" w:rsidRDefault="00FF543E" w:rsidP="00B8254B">
      <w:pPr>
        <w:spacing w:after="0" w:line="259" w:lineRule="auto"/>
        <w:jc w:val="both"/>
        <w:rPr>
          <w:b/>
          <w:bCs/>
          <w:sz w:val="24"/>
          <w:szCs w:val="24"/>
        </w:rPr>
      </w:pPr>
      <w:proofErr w:type="spellStart"/>
      <w:r w:rsidRPr="00B8254B">
        <w:rPr>
          <w:b/>
          <w:bCs/>
          <w:sz w:val="24"/>
          <w:szCs w:val="24"/>
        </w:rPr>
        <w:t>Wyrażam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także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zgodę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na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przetwarzanie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danych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osobowych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dziecka</w:t>
      </w:r>
      <w:proofErr w:type="spellEnd"/>
      <w:r w:rsidRPr="00B8254B">
        <w:rPr>
          <w:b/>
          <w:bCs/>
          <w:sz w:val="24"/>
          <w:szCs w:val="24"/>
        </w:rPr>
        <w:t xml:space="preserve">, </w:t>
      </w:r>
      <w:proofErr w:type="spellStart"/>
      <w:r w:rsidRPr="00B8254B">
        <w:rPr>
          <w:b/>
          <w:bCs/>
          <w:sz w:val="24"/>
          <w:szCs w:val="24"/>
        </w:rPr>
        <w:t>na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potrzeby</w:t>
      </w:r>
      <w:proofErr w:type="spellEnd"/>
      <w:r w:rsid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prowadzenia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zajęć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logopedycznych</w:t>
      </w:r>
      <w:proofErr w:type="spellEnd"/>
      <w:r w:rsidRPr="00B8254B">
        <w:rPr>
          <w:b/>
          <w:bCs/>
          <w:sz w:val="24"/>
          <w:szCs w:val="24"/>
        </w:rPr>
        <w:t xml:space="preserve">, </w:t>
      </w:r>
      <w:proofErr w:type="spellStart"/>
      <w:r w:rsidRPr="00B8254B">
        <w:rPr>
          <w:b/>
          <w:bCs/>
          <w:sz w:val="24"/>
          <w:szCs w:val="24"/>
        </w:rPr>
        <w:t>publikację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jego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wizerunku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oraz</w:t>
      </w:r>
      <w:proofErr w:type="spellEnd"/>
      <w:r w:rsidRPr="00B8254B">
        <w:rPr>
          <w:b/>
          <w:bCs/>
          <w:sz w:val="24"/>
          <w:szCs w:val="24"/>
        </w:rPr>
        <w:t xml:space="preserve"> </w:t>
      </w:r>
      <w:proofErr w:type="spellStart"/>
      <w:r w:rsidRPr="00B8254B">
        <w:rPr>
          <w:b/>
          <w:bCs/>
          <w:sz w:val="24"/>
          <w:szCs w:val="24"/>
        </w:rPr>
        <w:t>prackonkursowych</w:t>
      </w:r>
      <w:proofErr w:type="spellEnd"/>
      <w:r w:rsidRPr="00B8254B">
        <w:rPr>
          <w:b/>
          <w:bCs/>
          <w:sz w:val="24"/>
          <w:szCs w:val="24"/>
        </w:rPr>
        <w:t>.</w:t>
      </w:r>
    </w:p>
    <w:p w14:paraId="52ED1504" w14:textId="77777777" w:rsidR="00766DAF" w:rsidRDefault="00FF543E">
      <w:pPr>
        <w:spacing w:before="240" w:after="0"/>
        <w:ind w:left="4535"/>
      </w:pPr>
      <w:r>
        <w:rPr>
          <w:sz w:val="21"/>
        </w:rPr>
        <w:t>…………………………………………………..</w:t>
      </w:r>
    </w:p>
    <w:p w14:paraId="6C4C138A" w14:textId="77777777" w:rsidR="00766DAF" w:rsidRDefault="00FF543E">
      <w:pPr>
        <w:spacing w:after="0"/>
        <w:ind w:left="4535"/>
      </w:pPr>
      <w:r>
        <w:rPr>
          <w:sz w:val="18"/>
        </w:rPr>
        <w:t>(</w:t>
      </w:r>
      <w:proofErr w:type="spellStart"/>
      <w:r>
        <w:rPr>
          <w:sz w:val="18"/>
        </w:rPr>
        <w:t>czytelny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podpis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rodzica</w:t>
      </w:r>
      <w:proofErr w:type="spellEnd"/>
      <w:r>
        <w:rPr>
          <w:sz w:val="18"/>
        </w:rPr>
        <w:t>/</w:t>
      </w:r>
      <w:proofErr w:type="spellStart"/>
      <w:r>
        <w:rPr>
          <w:sz w:val="18"/>
        </w:rPr>
        <w:t>prawnego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opiekuna</w:t>
      </w:r>
      <w:proofErr w:type="spellEnd"/>
      <w:r>
        <w:rPr>
          <w:sz w:val="18"/>
        </w:rPr>
        <w:t>)</w:t>
      </w:r>
    </w:p>
    <w:sectPr w:rsidR="00766DAF" w:rsidSect="00034616">
      <w:pgSz w:w="11906" w:h="16838"/>
      <w:pgMar w:top="935" w:right="1389" w:bottom="935" w:left="138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7508176">
    <w:abstractNumId w:val="8"/>
  </w:num>
  <w:num w:numId="2" w16cid:durableId="1124348014">
    <w:abstractNumId w:val="6"/>
  </w:num>
  <w:num w:numId="3" w16cid:durableId="433482851">
    <w:abstractNumId w:val="5"/>
  </w:num>
  <w:num w:numId="4" w16cid:durableId="1389765402">
    <w:abstractNumId w:val="4"/>
  </w:num>
  <w:num w:numId="5" w16cid:durableId="505480025">
    <w:abstractNumId w:val="7"/>
  </w:num>
  <w:num w:numId="6" w16cid:durableId="907105877">
    <w:abstractNumId w:val="3"/>
  </w:num>
  <w:num w:numId="7" w16cid:durableId="1820879577">
    <w:abstractNumId w:val="2"/>
  </w:num>
  <w:num w:numId="8" w16cid:durableId="489322559">
    <w:abstractNumId w:val="1"/>
  </w:num>
  <w:num w:numId="9" w16cid:durableId="892620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48FE"/>
    <w:rsid w:val="00326F90"/>
    <w:rsid w:val="00766DAF"/>
    <w:rsid w:val="00A11EEA"/>
    <w:rsid w:val="00AA1D8D"/>
    <w:rsid w:val="00B47730"/>
    <w:rsid w:val="00B8254B"/>
    <w:rsid w:val="00CB0664"/>
    <w:rsid w:val="00FC693F"/>
    <w:rsid w:val="00FF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7FA968"/>
  <w14:defaultImageDpi w14:val="300"/>
  <w15:docId w15:val="{887BFA93-A1B7-421C-9475-EBE67ECBB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Kamila Bogusz</cp:lastModifiedBy>
  <cp:revision>3</cp:revision>
  <dcterms:created xsi:type="dcterms:W3CDTF">2026-08-30T17:07:00Z</dcterms:created>
  <dcterms:modified xsi:type="dcterms:W3CDTF">2026-08-30T17:09:00Z</dcterms:modified>
  <cp:category/>
</cp:coreProperties>
</file>