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766DAF" w14:paraId="33482219" w14:textId="77777777">
        <w:tc>
          <w:tcPr>
            <w:tcW w:w="4649" w:type="dxa"/>
          </w:tcPr>
          <w:p w14:paraId="1842F147" w14:textId="77777777" w:rsidR="00766DAF" w:rsidRDefault="00FF543E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05A170B" wp14:editId="7DCFF7D0">
                  <wp:extent cx="2066554" cy="491412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łny Logotyp+cień(1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341" cy="49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</w:tcPr>
          <w:p w14:paraId="5B2EF3B4" w14:textId="77777777" w:rsidR="00766DAF" w:rsidRDefault="00FF543E">
            <w:pPr>
              <w:spacing w:before="80" w:after="0"/>
              <w:jc w:val="right"/>
            </w:pPr>
            <w:r>
              <w:rPr>
                <w:sz w:val="19"/>
              </w:rPr>
              <w:t>Zielona Góra,...............................</w:t>
            </w:r>
          </w:p>
        </w:tc>
      </w:tr>
    </w:tbl>
    <w:p w14:paraId="13DE0456" w14:textId="77777777" w:rsidR="005C11B2" w:rsidRDefault="005C11B2" w:rsidP="00563FF5">
      <w:pPr>
        <w:spacing w:after="40" w:line="240" w:lineRule="auto"/>
      </w:pPr>
    </w:p>
    <w:p w14:paraId="4E00D9AF" w14:textId="77777777" w:rsidR="00563FF5" w:rsidRDefault="00563FF5" w:rsidP="00563FF5">
      <w:pPr>
        <w:spacing w:after="40" w:line="240" w:lineRule="auto"/>
        <w:jc w:val="both"/>
        <w:rPr>
          <w:b/>
          <w:bCs/>
          <w:sz w:val="24"/>
          <w:szCs w:val="24"/>
        </w:rPr>
      </w:pPr>
    </w:p>
    <w:p w14:paraId="0CC347E1" w14:textId="77777777" w:rsidR="00563FF5" w:rsidRDefault="00563FF5" w:rsidP="00563FF5">
      <w:pPr>
        <w:spacing w:after="40" w:line="240" w:lineRule="auto"/>
        <w:jc w:val="both"/>
        <w:rPr>
          <w:b/>
          <w:bCs/>
          <w:sz w:val="24"/>
          <w:szCs w:val="24"/>
        </w:rPr>
      </w:pPr>
    </w:p>
    <w:p w14:paraId="6801BC31" w14:textId="11ABF42E" w:rsidR="00766DAF" w:rsidRPr="005C11B2" w:rsidRDefault="00FF543E" w:rsidP="00563FF5">
      <w:pPr>
        <w:spacing w:after="40" w:line="240" w:lineRule="auto"/>
        <w:jc w:val="both"/>
        <w:rPr>
          <w:b/>
          <w:bCs/>
          <w:sz w:val="24"/>
          <w:szCs w:val="24"/>
        </w:rPr>
      </w:pPr>
      <w:proofErr w:type="spellStart"/>
      <w:r w:rsidRPr="005C11B2">
        <w:rPr>
          <w:b/>
          <w:bCs/>
          <w:sz w:val="24"/>
          <w:szCs w:val="24"/>
        </w:rPr>
        <w:t>Wyrażam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zgodę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na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dokonanie</w:t>
      </w:r>
      <w:proofErr w:type="spellEnd"/>
      <w:r w:rsidRPr="005C11B2">
        <w:rPr>
          <w:b/>
          <w:bCs/>
          <w:sz w:val="24"/>
          <w:szCs w:val="24"/>
        </w:rPr>
        <w:t xml:space="preserve">    oceny    ewentualnych    wad</w:t>
      </w:r>
      <w:r w:rsidRPr="005C11B2">
        <w:rPr>
          <w:b/>
          <w:bCs/>
          <w:sz w:val="24"/>
          <w:szCs w:val="24"/>
        </w:rPr>
        <w:br/>
      </w:r>
      <w:proofErr w:type="spellStart"/>
      <w:r w:rsidRPr="005C11B2">
        <w:rPr>
          <w:b/>
          <w:bCs/>
          <w:sz w:val="24"/>
          <w:szCs w:val="24"/>
        </w:rPr>
        <w:t>postawy</w:t>
      </w:r>
      <w:proofErr w:type="spellEnd"/>
      <w:r w:rsidRPr="005C11B2">
        <w:rPr>
          <w:b/>
          <w:bCs/>
          <w:sz w:val="24"/>
          <w:szCs w:val="24"/>
        </w:rPr>
        <w:t xml:space="preserve"> u </w:t>
      </w:r>
      <w:proofErr w:type="spellStart"/>
      <w:r w:rsidRPr="005C11B2">
        <w:rPr>
          <w:b/>
          <w:bCs/>
          <w:sz w:val="24"/>
          <w:szCs w:val="24"/>
        </w:rPr>
        <w:t>mojego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dziecka</w:t>
      </w:r>
      <w:proofErr w:type="spellEnd"/>
      <w:r w:rsidR="005C11B2" w:rsidRPr="005C11B2">
        <w:rPr>
          <w:b/>
          <w:bCs/>
          <w:sz w:val="24"/>
          <w:szCs w:val="24"/>
        </w:rPr>
        <w:t>………………………</w:t>
      </w:r>
      <w:r w:rsidRPr="005C11B2">
        <w:rPr>
          <w:b/>
          <w:bCs/>
          <w:sz w:val="24"/>
          <w:szCs w:val="24"/>
        </w:rPr>
        <w:t xml:space="preserve">…………………… </w:t>
      </w:r>
      <w:proofErr w:type="spellStart"/>
      <w:r w:rsidRPr="005C11B2">
        <w:rPr>
          <w:b/>
          <w:bCs/>
          <w:sz w:val="24"/>
          <w:szCs w:val="24"/>
        </w:rPr>
        <w:t>klasa</w:t>
      </w:r>
      <w:proofErr w:type="spellEnd"/>
      <w:r w:rsidRPr="005C11B2">
        <w:rPr>
          <w:b/>
          <w:bCs/>
          <w:sz w:val="24"/>
          <w:szCs w:val="24"/>
        </w:rPr>
        <w:t>…………………</w:t>
      </w:r>
      <w:r w:rsid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przez</w:t>
      </w:r>
      <w:proofErr w:type="spellEnd"/>
      <w:r w:rsidRPr="005C11B2">
        <w:rPr>
          <w:b/>
          <w:bCs/>
          <w:sz w:val="24"/>
          <w:szCs w:val="24"/>
        </w:rPr>
        <w:t xml:space="preserve">  …………………………………………………………, </w:t>
      </w:r>
      <w:proofErr w:type="spellStart"/>
      <w:r w:rsidRPr="005C11B2">
        <w:rPr>
          <w:b/>
          <w:bCs/>
          <w:sz w:val="24"/>
          <w:szCs w:val="24"/>
        </w:rPr>
        <w:t>nauczyciel</w:t>
      </w:r>
      <w:r w:rsidR="00563FF5">
        <w:rPr>
          <w:b/>
          <w:bCs/>
          <w:sz w:val="24"/>
          <w:szCs w:val="24"/>
        </w:rPr>
        <w:t>a</w:t>
      </w:r>
      <w:proofErr w:type="spellEnd"/>
      <w:r w:rsidR="00563FF5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Szkoły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Podstawowej</w:t>
      </w:r>
      <w:proofErr w:type="spellEnd"/>
      <w:r w:rsidRPr="005C11B2">
        <w:rPr>
          <w:b/>
          <w:bCs/>
          <w:sz w:val="24"/>
          <w:szCs w:val="24"/>
        </w:rPr>
        <w:t xml:space="preserve"> nr 13 w Zielonej Górze w </w:t>
      </w:r>
      <w:proofErr w:type="spellStart"/>
      <w:r w:rsidRPr="005C11B2">
        <w:rPr>
          <w:b/>
          <w:bCs/>
          <w:sz w:val="24"/>
          <w:szCs w:val="24"/>
        </w:rPr>
        <w:t>celu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zakwalifikowania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dziecka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na</w:t>
      </w:r>
      <w:proofErr w:type="spellEnd"/>
      <w:r w:rsidR="00563FF5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zajęcia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korekcyjne</w:t>
      </w:r>
      <w:proofErr w:type="spellEnd"/>
      <w:r w:rsidRPr="005C11B2">
        <w:rPr>
          <w:b/>
          <w:bCs/>
          <w:sz w:val="24"/>
          <w:szCs w:val="24"/>
        </w:rPr>
        <w:t>.</w:t>
      </w:r>
    </w:p>
    <w:p w14:paraId="259D8B5B" w14:textId="77777777" w:rsidR="00766DAF" w:rsidRDefault="00FF543E" w:rsidP="005C11B2">
      <w:pPr>
        <w:spacing w:after="40" w:line="252" w:lineRule="auto"/>
        <w:jc w:val="both"/>
        <w:rPr>
          <w:sz w:val="24"/>
          <w:szCs w:val="24"/>
        </w:rPr>
      </w:pPr>
      <w:r w:rsidRPr="005C11B2">
        <w:rPr>
          <w:sz w:val="24"/>
          <w:szCs w:val="24"/>
        </w:rPr>
        <w:t xml:space="preserve">Dzieci do badania będą zabierane do oceny z klasy do gabinetu pielęgniarki szkolnej w czasie zajęć szkolnych. Ocenie podlega prawidłowe ustawienie łopatek, skrzywienia kręgosłupa, ocena naturalnych krzywizn kifozy lub lordozy oraz ich spłycenie, ustawienie miednicy, wady kolan i stóp. Dzieci po badaniu mogą mieć ślady flamastra na kręgosłupie. Ocena jest oceną poglądową, nie jest to ocena komputerowa. Zalecane jest skonsultowanie wyników z </w:t>
      </w:r>
      <w:proofErr w:type="spellStart"/>
      <w:r w:rsidRPr="005C11B2">
        <w:rPr>
          <w:sz w:val="24"/>
          <w:szCs w:val="24"/>
        </w:rPr>
        <w:t>lekarzem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rodzinnym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lub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ortopedą</w:t>
      </w:r>
      <w:proofErr w:type="spellEnd"/>
      <w:r w:rsidRPr="005C11B2">
        <w:rPr>
          <w:sz w:val="24"/>
          <w:szCs w:val="24"/>
        </w:rPr>
        <w:t>.</w:t>
      </w:r>
    </w:p>
    <w:p w14:paraId="0DB2B105" w14:textId="77777777" w:rsidR="00563FF5" w:rsidRDefault="00563FF5" w:rsidP="005C11B2">
      <w:pPr>
        <w:spacing w:after="40" w:line="252" w:lineRule="auto"/>
        <w:jc w:val="both"/>
        <w:rPr>
          <w:sz w:val="24"/>
          <w:szCs w:val="24"/>
        </w:rPr>
      </w:pPr>
    </w:p>
    <w:p w14:paraId="2BC48662" w14:textId="77777777" w:rsidR="00563FF5" w:rsidRDefault="00563FF5" w:rsidP="005C11B2">
      <w:pPr>
        <w:spacing w:after="40" w:line="252" w:lineRule="auto"/>
        <w:jc w:val="both"/>
        <w:rPr>
          <w:sz w:val="24"/>
          <w:szCs w:val="24"/>
        </w:rPr>
      </w:pPr>
    </w:p>
    <w:p w14:paraId="781A4272" w14:textId="77777777" w:rsidR="00563FF5" w:rsidRPr="005C11B2" w:rsidRDefault="00563FF5" w:rsidP="005C11B2">
      <w:pPr>
        <w:spacing w:after="40" w:line="252" w:lineRule="auto"/>
        <w:jc w:val="both"/>
        <w:rPr>
          <w:sz w:val="24"/>
          <w:szCs w:val="24"/>
        </w:rPr>
      </w:pPr>
    </w:p>
    <w:p w14:paraId="27F7D696" w14:textId="77777777" w:rsidR="00766DAF" w:rsidRDefault="00FF543E">
      <w:pPr>
        <w:spacing w:before="40" w:after="0"/>
        <w:ind w:left="4365"/>
      </w:pPr>
      <w:r>
        <w:rPr>
          <w:sz w:val="19"/>
        </w:rPr>
        <w:t>………………………………………………….</w:t>
      </w:r>
    </w:p>
    <w:p w14:paraId="69EFF8A1" w14:textId="66E96415" w:rsidR="00766DAF" w:rsidRDefault="00FF543E">
      <w:pPr>
        <w:spacing w:after="20"/>
        <w:ind w:left="4365"/>
      </w:pPr>
      <w:r>
        <w:rPr>
          <w:sz w:val="16"/>
        </w:rPr>
        <w:t>(</w:t>
      </w:r>
      <w:proofErr w:type="spellStart"/>
      <w:r>
        <w:rPr>
          <w:sz w:val="16"/>
        </w:rPr>
        <w:t>czytelny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podpis</w:t>
      </w:r>
      <w:proofErr w:type="spellEnd"/>
      <w:r>
        <w:rPr>
          <w:sz w:val="16"/>
        </w:rPr>
        <w:t xml:space="preserve"> </w:t>
      </w:r>
      <w:proofErr w:type="spellStart"/>
      <w:r w:rsidR="00563FF5">
        <w:rPr>
          <w:sz w:val="16"/>
        </w:rPr>
        <w:t>rodzica</w:t>
      </w:r>
      <w:proofErr w:type="spellEnd"/>
      <w:r>
        <w:rPr>
          <w:sz w:val="16"/>
        </w:rPr>
        <w:t xml:space="preserve">/ </w:t>
      </w:r>
      <w:proofErr w:type="spellStart"/>
      <w:r>
        <w:rPr>
          <w:sz w:val="16"/>
        </w:rPr>
        <w:t>opiekuna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prawnego</w:t>
      </w:r>
      <w:proofErr w:type="spellEnd"/>
      <w:r>
        <w:rPr>
          <w:sz w:val="16"/>
        </w:rPr>
        <w:t>)</w:t>
      </w:r>
    </w:p>
    <w:p w14:paraId="22FF89B7" w14:textId="77777777" w:rsidR="00766DAF" w:rsidRDefault="00766DAF">
      <w:pPr>
        <w:pBdr>
          <w:bottom w:val="dashed" w:sz="6" w:space="1" w:color="777777"/>
        </w:pBdr>
        <w:spacing w:after="6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766DAF" w14:paraId="6C856D91" w14:textId="77777777">
        <w:tc>
          <w:tcPr>
            <w:tcW w:w="4649" w:type="dxa"/>
          </w:tcPr>
          <w:p w14:paraId="4052E987" w14:textId="77777777" w:rsidR="00766DAF" w:rsidRDefault="00FF543E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0AD3561" wp14:editId="2302ADC8">
                  <wp:extent cx="1831122" cy="435428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łny Logotyp+cień(1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084" cy="443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</w:tcPr>
          <w:p w14:paraId="47D5B4C9" w14:textId="77777777" w:rsidR="00766DAF" w:rsidRDefault="00FF543E">
            <w:pPr>
              <w:spacing w:before="80" w:after="0"/>
              <w:jc w:val="right"/>
            </w:pPr>
            <w:r>
              <w:rPr>
                <w:sz w:val="19"/>
              </w:rPr>
              <w:t>Zielona Góra,...............................</w:t>
            </w:r>
          </w:p>
        </w:tc>
      </w:tr>
    </w:tbl>
    <w:p w14:paraId="7F84AFF6" w14:textId="77777777" w:rsidR="00563FF5" w:rsidRDefault="00563FF5" w:rsidP="00563FF5">
      <w:pPr>
        <w:spacing w:after="40" w:line="240" w:lineRule="auto"/>
        <w:jc w:val="both"/>
        <w:rPr>
          <w:b/>
          <w:bCs/>
          <w:sz w:val="24"/>
          <w:szCs w:val="24"/>
        </w:rPr>
      </w:pPr>
    </w:p>
    <w:p w14:paraId="060FDE01" w14:textId="77777777" w:rsidR="00563FF5" w:rsidRDefault="00563FF5" w:rsidP="00563FF5">
      <w:pPr>
        <w:spacing w:after="40" w:line="240" w:lineRule="auto"/>
        <w:jc w:val="both"/>
        <w:rPr>
          <w:b/>
          <w:bCs/>
          <w:sz w:val="24"/>
          <w:szCs w:val="24"/>
        </w:rPr>
      </w:pPr>
    </w:p>
    <w:p w14:paraId="37576E22" w14:textId="205F60C3" w:rsidR="00563FF5" w:rsidRPr="005C11B2" w:rsidRDefault="00563FF5" w:rsidP="00563FF5">
      <w:pPr>
        <w:spacing w:after="40" w:line="240" w:lineRule="auto"/>
        <w:jc w:val="both"/>
        <w:rPr>
          <w:b/>
          <w:bCs/>
          <w:sz w:val="24"/>
          <w:szCs w:val="24"/>
        </w:rPr>
      </w:pPr>
      <w:proofErr w:type="spellStart"/>
      <w:r w:rsidRPr="005C11B2">
        <w:rPr>
          <w:b/>
          <w:bCs/>
          <w:sz w:val="24"/>
          <w:szCs w:val="24"/>
        </w:rPr>
        <w:t>Wyrażam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zgodę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na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dokonanie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oceny</w:t>
      </w:r>
      <w:proofErr w:type="spellEnd"/>
      <w:r w:rsidRPr="005C11B2">
        <w:rPr>
          <w:b/>
          <w:bCs/>
          <w:sz w:val="24"/>
          <w:szCs w:val="24"/>
        </w:rPr>
        <w:t xml:space="preserve">    </w:t>
      </w:r>
      <w:proofErr w:type="spellStart"/>
      <w:r w:rsidRPr="005C11B2">
        <w:rPr>
          <w:b/>
          <w:bCs/>
          <w:sz w:val="24"/>
          <w:szCs w:val="24"/>
        </w:rPr>
        <w:t>ewentualnych</w:t>
      </w:r>
      <w:proofErr w:type="spellEnd"/>
      <w:r w:rsidRPr="005C11B2">
        <w:rPr>
          <w:b/>
          <w:bCs/>
          <w:sz w:val="24"/>
          <w:szCs w:val="24"/>
        </w:rPr>
        <w:t xml:space="preserve">    wad</w:t>
      </w:r>
      <w:r w:rsidRPr="005C11B2">
        <w:rPr>
          <w:b/>
          <w:bCs/>
          <w:sz w:val="24"/>
          <w:szCs w:val="24"/>
        </w:rPr>
        <w:br/>
      </w:r>
      <w:proofErr w:type="spellStart"/>
      <w:r w:rsidRPr="005C11B2">
        <w:rPr>
          <w:b/>
          <w:bCs/>
          <w:sz w:val="24"/>
          <w:szCs w:val="24"/>
        </w:rPr>
        <w:t>postawy</w:t>
      </w:r>
      <w:proofErr w:type="spellEnd"/>
      <w:r w:rsidRPr="005C11B2">
        <w:rPr>
          <w:b/>
          <w:bCs/>
          <w:sz w:val="24"/>
          <w:szCs w:val="24"/>
        </w:rPr>
        <w:t xml:space="preserve"> u </w:t>
      </w:r>
      <w:proofErr w:type="spellStart"/>
      <w:r w:rsidRPr="005C11B2">
        <w:rPr>
          <w:b/>
          <w:bCs/>
          <w:sz w:val="24"/>
          <w:szCs w:val="24"/>
        </w:rPr>
        <w:t>mojego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dziecka</w:t>
      </w:r>
      <w:proofErr w:type="spellEnd"/>
      <w:r w:rsidRPr="005C11B2">
        <w:rPr>
          <w:b/>
          <w:bCs/>
          <w:sz w:val="24"/>
          <w:szCs w:val="24"/>
        </w:rPr>
        <w:t xml:space="preserve">…………………………………………… </w:t>
      </w:r>
      <w:proofErr w:type="spellStart"/>
      <w:r w:rsidRPr="005C11B2">
        <w:rPr>
          <w:b/>
          <w:bCs/>
          <w:sz w:val="24"/>
          <w:szCs w:val="24"/>
        </w:rPr>
        <w:t>klasa</w:t>
      </w:r>
      <w:proofErr w:type="spellEnd"/>
      <w:r w:rsidRPr="005C11B2">
        <w:rPr>
          <w:b/>
          <w:bCs/>
          <w:sz w:val="24"/>
          <w:szCs w:val="24"/>
        </w:rPr>
        <w:t>…………………</w:t>
      </w:r>
      <w:r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przez</w:t>
      </w:r>
      <w:proofErr w:type="spellEnd"/>
      <w:r w:rsidRPr="005C11B2">
        <w:rPr>
          <w:b/>
          <w:bCs/>
          <w:sz w:val="24"/>
          <w:szCs w:val="24"/>
        </w:rPr>
        <w:t xml:space="preserve">  …………………………………………………………, </w:t>
      </w:r>
      <w:proofErr w:type="spellStart"/>
      <w:r w:rsidRPr="005C11B2">
        <w:rPr>
          <w:b/>
          <w:bCs/>
          <w:sz w:val="24"/>
          <w:szCs w:val="24"/>
        </w:rPr>
        <w:t>nauczyciel</w:t>
      </w:r>
      <w:r>
        <w:rPr>
          <w:b/>
          <w:bCs/>
          <w:sz w:val="24"/>
          <w:szCs w:val="24"/>
        </w:rPr>
        <w:t>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Szkoły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Podstawowej</w:t>
      </w:r>
      <w:proofErr w:type="spellEnd"/>
      <w:r w:rsidRPr="005C11B2">
        <w:rPr>
          <w:b/>
          <w:bCs/>
          <w:sz w:val="24"/>
          <w:szCs w:val="24"/>
        </w:rPr>
        <w:t xml:space="preserve"> nr 13 w </w:t>
      </w:r>
      <w:proofErr w:type="spellStart"/>
      <w:r w:rsidRPr="005C11B2">
        <w:rPr>
          <w:b/>
          <w:bCs/>
          <w:sz w:val="24"/>
          <w:szCs w:val="24"/>
        </w:rPr>
        <w:t>Zielonej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Górze</w:t>
      </w:r>
      <w:proofErr w:type="spellEnd"/>
      <w:r w:rsidRPr="005C11B2">
        <w:rPr>
          <w:b/>
          <w:bCs/>
          <w:sz w:val="24"/>
          <w:szCs w:val="24"/>
        </w:rPr>
        <w:t xml:space="preserve"> w </w:t>
      </w:r>
      <w:proofErr w:type="spellStart"/>
      <w:r w:rsidRPr="005C11B2">
        <w:rPr>
          <w:b/>
          <w:bCs/>
          <w:sz w:val="24"/>
          <w:szCs w:val="24"/>
        </w:rPr>
        <w:t>celu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zakwalifikowania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dziecka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na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zajęcia</w:t>
      </w:r>
      <w:proofErr w:type="spellEnd"/>
      <w:r w:rsidRPr="005C11B2">
        <w:rPr>
          <w:b/>
          <w:bCs/>
          <w:sz w:val="24"/>
          <w:szCs w:val="24"/>
        </w:rPr>
        <w:t xml:space="preserve"> </w:t>
      </w:r>
      <w:proofErr w:type="spellStart"/>
      <w:r w:rsidRPr="005C11B2">
        <w:rPr>
          <w:b/>
          <w:bCs/>
          <w:sz w:val="24"/>
          <w:szCs w:val="24"/>
        </w:rPr>
        <w:t>korekcyjne</w:t>
      </w:r>
      <w:proofErr w:type="spellEnd"/>
      <w:r w:rsidRPr="005C11B2">
        <w:rPr>
          <w:b/>
          <w:bCs/>
          <w:sz w:val="24"/>
          <w:szCs w:val="24"/>
        </w:rPr>
        <w:t>.</w:t>
      </w:r>
    </w:p>
    <w:p w14:paraId="3028D802" w14:textId="77777777" w:rsidR="00563FF5" w:rsidRDefault="00563FF5" w:rsidP="00563FF5">
      <w:pPr>
        <w:spacing w:after="40" w:line="252" w:lineRule="auto"/>
        <w:jc w:val="both"/>
        <w:rPr>
          <w:sz w:val="24"/>
          <w:szCs w:val="24"/>
        </w:rPr>
      </w:pPr>
      <w:proofErr w:type="spellStart"/>
      <w:r w:rsidRPr="005C11B2">
        <w:rPr>
          <w:sz w:val="24"/>
          <w:szCs w:val="24"/>
        </w:rPr>
        <w:t>Dzieci</w:t>
      </w:r>
      <w:proofErr w:type="spellEnd"/>
      <w:r w:rsidRPr="005C11B2">
        <w:rPr>
          <w:sz w:val="24"/>
          <w:szCs w:val="24"/>
        </w:rPr>
        <w:t xml:space="preserve"> do </w:t>
      </w:r>
      <w:proofErr w:type="spellStart"/>
      <w:r w:rsidRPr="005C11B2">
        <w:rPr>
          <w:sz w:val="24"/>
          <w:szCs w:val="24"/>
        </w:rPr>
        <w:t>badania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będą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zabierane</w:t>
      </w:r>
      <w:proofErr w:type="spellEnd"/>
      <w:r w:rsidRPr="005C11B2">
        <w:rPr>
          <w:sz w:val="24"/>
          <w:szCs w:val="24"/>
        </w:rPr>
        <w:t xml:space="preserve"> do </w:t>
      </w:r>
      <w:proofErr w:type="spellStart"/>
      <w:r w:rsidRPr="005C11B2">
        <w:rPr>
          <w:sz w:val="24"/>
          <w:szCs w:val="24"/>
        </w:rPr>
        <w:t>oceny</w:t>
      </w:r>
      <w:proofErr w:type="spellEnd"/>
      <w:r w:rsidRPr="005C11B2">
        <w:rPr>
          <w:sz w:val="24"/>
          <w:szCs w:val="24"/>
        </w:rPr>
        <w:t xml:space="preserve"> z </w:t>
      </w:r>
      <w:proofErr w:type="spellStart"/>
      <w:r w:rsidRPr="005C11B2">
        <w:rPr>
          <w:sz w:val="24"/>
          <w:szCs w:val="24"/>
        </w:rPr>
        <w:t>klasy</w:t>
      </w:r>
      <w:proofErr w:type="spellEnd"/>
      <w:r w:rsidRPr="005C11B2">
        <w:rPr>
          <w:sz w:val="24"/>
          <w:szCs w:val="24"/>
        </w:rPr>
        <w:t xml:space="preserve"> do </w:t>
      </w:r>
      <w:proofErr w:type="spellStart"/>
      <w:r w:rsidRPr="005C11B2">
        <w:rPr>
          <w:sz w:val="24"/>
          <w:szCs w:val="24"/>
        </w:rPr>
        <w:t>gabinetu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pielęgniarki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szkolnej</w:t>
      </w:r>
      <w:proofErr w:type="spellEnd"/>
      <w:r w:rsidRPr="005C11B2">
        <w:rPr>
          <w:sz w:val="24"/>
          <w:szCs w:val="24"/>
        </w:rPr>
        <w:t xml:space="preserve"> w </w:t>
      </w:r>
      <w:proofErr w:type="spellStart"/>
      <w:r w:rsidRPr="005C11B2">
        <w:rPr>
          <w:sz w:val="24"/>
          <w:szCs w:val="24"/>
        </w:rPr>
        <w:t>czasie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zajęć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szkolnych</w:t>
      </w:r>
      <w:proofErr w:type="spellEnd"/>
      <w:r w:rsidRPr="005C11B2">
        <w:rPr>
          <w:sz w:val="24"/>
          <w:szCs w:val="24"/>
        </w:rPr>
        <w:t xml:space="preserve">. </w:t>
      </w:r>
      <w:proofErr w:type="spellStart"/>
      <w:r w:rsidRPr="005C11B2">
        <w:rPr>
          <w:sz w:val="24"/>
          <w:szCs w:val="24"/>
        </w:rPr>
        <w:t>Ocenie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podlega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prawidłowe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ustawienie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łopatek</w:t>
      </w:r>
      <w:proofErr w:type="spellEnd"/>
      <w:r w:rsidRPr="005C11B2">
        <w:rPr>
          <w:sz w:val="24"/>
          <w:szCs w:val="24"/>
        </w:rPr>
        <w:t xml:space="preserve">, </w:t>
      </w:r>
      <w:proofErr w:type="spellStart"/>
      <w:r w:rsidRPr="005C11B2">
        <w:rPr>
          <w:sz w:val="24"/>
          <w:szCs w:val="24"/>
        </w:rPr>
        <w:t>skrzywienia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kręgosłupa</w:t>
      </w:r>
      <w:proofErr w:type="spellEnd"/>
      <w:r w:rsidRPr="005C11B2">
        <w:rPr>
          <w:sz w:val="24"/>
          <w:szCs w:val="24"/>
        </w:rPr>
        <w:t xml:space="preserve">, </w:t>
      </w:r>
      <w:proofErr w:type="spellStart"/>
      <w:r w:rsidRPr="005C11B2">
        <w:rPr>
          <w:sz w:val="24"/>
          <w:szCs w:val="24"/>
        </w:rPr>
        <w:t>ocena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naturalnych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krzywizn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kifozy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lub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lordozy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oraz</w:t>
      </w:r>
      <w:proofErr w:type="spellEnd"/>
      <w:r w:rsidRPr="005C11B2">
        <w:rPr>
          <w:sz w:val="24"/>
          <w:szCs w:val="24"/>
        </w:rPr>
        <w:t xml:space="preserve"> ich </w:t>
      </w:r>
      <w:proofErr w:type="spellStart"/>
      <w:r w:rsidRPr="005C11B2">
        <w:rPr>
          <w:sz w:val="24"/>
          <w:szCs w:val="24"/>
        </w:rPr>
        <w:t>spłycenie</w:t>
      </w:r>
      <w:proofErr w:type="spellEnd"/>
      <w:r w:rsidRPr="005C11B2">
        <w:rPr>
          <w:sz w:val="24"/>
          <w:szCs w:val="24"/>
        </w:rPr>
        <w:t xml:space="preserve">, </w:t>
      </w:r>
      <w:proofErr w:type="spellStart"/>
      <w:r w:rsidRPr="005C11B2">
        <w:rPr>
          <w:sz w:val="24"/>
          <w:szCs w:val="24"/>
        </w:rPr>
        <w:t>ustawienie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miednicy</w:t>
      </w:r>
      <w:proofErr w:type="spellEnd"/>
      <w:r w:rsidRPr="005C11B2">
        <w:rPr>
          <w:sz w:val="24"/>
          <w:szCs w:val="24"/>
        </w:rPr>
        <w:t xml:space="preserve">, </w:t>
      </w:r>
      <w:proofErr w:type="spellStart"/>
      <w:r w:rsidRPr="005C11B2">
        <w:rPr>
          <w:sz w:val="24"/>
          <w:szCs w:val="24"/>
        </w:rPr>
        <w:t>wady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kolan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i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stóp</w:t>
      </w:r>
      <w:proofErr w:type="spellEnd"/>
      <w:r w:rsidRPr="005C11B2">
        <w:rPr>
          <w:sz w:val="24"/>
          <w:szCs w:val="24"/>
        </w:rPr>
        <w:t xml:space="preserve">. </w:t>
      </w:r>
      <w:proofErr w:type="spellStart"/>
      <w:r w:rsidRPr="005C11B2">
        <w:rPr>
          <w:sz w:val="24"/>
          <w:szCs w:val="24"/>
        </w:rPr>
        <w:t>Dzieci</w:t>
      </w:r>
      <w:proofErr w:type="spellEnd"/>
      <w:r w:rsidRPr="005C11B2">
        <w:rPr>
          <w:sz w:val="24"/>
          <w:szCs w:val="24"/>
        </w:rPr>
        <w:t xml:space="preserve"> po </w:t>
      </w:r>
      <w:proofErr w:type="spellStart"/>
      <w:r w:rsidRPr="005C11B2">
        <w:rPr>
          <w:sz w:val="24"/>
          <w:szCs w:val="24"/>
        </w:rPr>
        <w:t>badaniu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mogą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mieć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ślady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flamastra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na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kręgosłupie</w:t>
      </w:r>
      <w:proofErr w:type="spellEnd"/>
      <w:r w:rsidRPr="005C11B2">
        <w:rPr>
          <w:sz w:val="24"/>
          <w:szCs w:val="24"/>
        </w:rPr>
        <w:t xml:space="preserve">. </w:t>
      </w:r>
      <w:proofErr w:type="spellStart"/>
      <w:r w:rsidRPr="005C11B2">
        <w:rPr>
          <w:sz w:val="24"/>
          <w:szCs w:val="24"/>
        </w:rPr>
        <w:t>Ocena</w:t>
      </w:r>
      <w:proofErr w:type="spellEnd"/>
      <w:r w:rsidRPr="005C11B2">
        <w:rPr>
          <w:sz w:val="24"/>
          <w:szCs w:val="24"/>
        </w:rPr>
        <w:t xml:space="preserve"> jest </w:t>
      </w:r>
      <w:proofErr w:type="spellStart"/>
      <w:r w:rsidRPr="005C11B2">
        <w:rPr>
          <w:sz w:val="24"/>
          <w:szCs w:val="24"/>
        </w:rPr>
        <w:t>oceną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poglądową</w:t>
      </w:r>
      <w:proofErr w:type="spellEnd"/>
      <w:r w:rsidRPr="005C11B2">
        <w:rPr>
          <w:sz w:val="24"/>
          <w:szCs w:val="24"/>
        </w:rPr>
        <w:t xml:space="preserve">, </w:t>
      </w:r>
      <w:proofErr w:type="spellStart"/>
      <w:r w:rsidRPr="005C11B2">
        <w:rPr>
          <w:sz w:val="24"/>
          <w:szCs w:val="24"/>
        </w:rPr>
        <w:t>nie</w:t>
      </w:r>
      <w:proofErr w:type="spellEnd"/>
      <w:r w:rsidRPr="005C11B2">
        <w:rPr>
          <w:sz w:val="24"/>
          <w:szCs w:val="24"/>
        </w:rPr>
        <w:t xml:space="preserve"> jest to </w:t>
      </w:r>
      <w:proofErr w:type="spellStart"/>
      <w:r w:rsidRPr="005C11B2">
        <w:rPr>
          <w:sz w:val="24"/>
          <w:szCs w:val="24"/>
        </w:rPr>
        <w:t>ocena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komputerowa</w:t>
      </w:r>
      <w:proofErr w:type="spellEnd"/>
      <w:r w:rsidRPr="005C11B2">
        <w:rPr>
          <w:sz w:val="24"/>
          <w:szCs w:val="24"/>
        </w:rPr>
        <w:t xml:space="preserve">. </w:t>
      </w:r>
      <w:proofErr w:type="spellStart"/>
      <w:r w:rsidRPr="005C11B2">
        <w:rPr>
          <w:sz w:val="24"/>
          <w:szCs w:val="24"/>
        </w:rPr>
        <w:t>Zalecane</w:t>
      </w:r>
      <w:proofErr w:type="spellEnd"/>
      <w:r w:rsidRPr="005C11B2">
        <w:rPr>
          <w:sz w:val="24"/>
          <w:szCs w:val="24"/>
        </w:rPr>
        <w:t xml:space="preserve"> jest </w:t>
      </w:r>
      <w:proofErr w:type="spellStart"/>
      <w:r w:rsidRPr="005C11B2">
        <w:rPr>
          <w:sz w:val="24"/>
          <w:szCs w:val="24"/>
        </w:rPr>
        <w:t>skonsultowanie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wyników</w:t>
      </w:r>
      <w:proofErr w:type="spellEnd"/>
      <w:r w:rsidRPr="005C11B2">
        <w:rPr>
          <w:sz w:val="24"/>
          <w:szCs w:val="24"/>
        </w:rPr>
        <w:t xml:space="preserve"> z </w:t>
      </w:r>
      <w:proofErr w:type="spellStart"/>
      <w:r w:rsidRPr="005C11B2">
        <w:rPr>
          <w:sz w:val="24"/>
          <w:szCs w:val="24"/>
        </w:rPr>
        <w:t>lekarzem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rodzinnym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lub</w:t>
      </w:r>
      <w:proofErr w:type="spellEnd"/>
      <w:r w:rsidRPr="005C11B2">
        <w:rPr>
          <w:sz w:val="24"/>
          <w:szCs w:val="24"/>
        </w:rPr>
        <w:t xml:space="preserve"> </w:t>
      </w:r>
      <w:proofErr w:type="spellStart"/>
      <w:r w:rsidRPr="005C11B2">
        <w:rPr>
          <w:sz w:val="24"/>
          <w:szCs w:val="24"/>
        </w:rPr>
        <w:t>ortopedą</w:t>
      </w:r>
      <w:proofErr w:type="spellEnd"/>
      <w:r w:rsidRPr="005C11B2">
        <w:rPr>
          <w:sz w:val="24"/>
          <w:szCs w:val="24"/>
        </w:rPr>
        <w:t>.</w:t>
      </w:r>
    </w:p>
    <w:p w14:paraId="21FF8D2E" w14:textId="77777777" w:rsidR="00563FF5" w:rsidRDefault="00563FF5" w:rsidP="00563FF5">
      <w:pPr>
        <w:spacing w:after="40" w:line="252" w:lineRule="auto"/>
        <w:jc w:val="both"/>
        <w:rPr>
          <w:sz w:val="24"/>
          <w:szCs w:val="24"/>
        </w:rPr>
      </w:pPr>
    </w:p>
    <w:p w14:paraId="696CD103" w14:textId="77777777" w:rsidR="00563FF5" w:rsidRPr="005C11B2" w:rsidRDefault="00563FF5" w:rsidP="00563FF5">
      <w:pPr>
        <w:spacing w:after="40" w:line="252" w:lineRule="auto"/>
        <w:jc w:val="both"/>
        <w:rPr>
          <w:sz w:val="24"/>
          <w:szCs w:val="24"/>
        </w:rPr>
      </w:pPr>
    </w:p>
    <w:p w14:paraId="52ED1504" w14:textId="77777777" w:rsidR="00766DAF" w:rsidRDefault="00FF543E">
      <w:pPr>
        <w:spacing w:before="40" w:after="0"/>
        <w:ind w:left="4365"/>
      </w:pPr>
      <w:r>
        <w:rPr>
          <w:sz w:val="19"/>
        </w:rPr>
        <w:t>………………………………………………….</w:t>
      </w:r>
    </w:p>
    <w:p w14:paraId="6C4C138A" w14:textId="0F9C0E41" w:rsidR="00766DAF" w:rsidRDefault="00FF543E">
      <w:pPr>
        <w:spacing w:after="20"/>
        <w:ind w:left="4365"/>
      </w:pPr>
      <w:r>
        <w:rPr>
          <w:sz w:val="16"/>
        </w:rPr>
        <w:t>(</w:t>
      </w:r>
      <w:proofErr w:type="spellStart"/>
      <w:r>
        <w:rPr>
          <w:sz w:val="16"/>
        </w:rPr>
        <w:t>czytelny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podpis</w:t>
      </w:r>
      <w:proofErr w:type="spellEnd"/>
      <w:r>
        <w:rPr>
          <w:sz w:val="16"/>
        </w:rPr>
        <w:t xml:space="preserve"> </w:t>
      </w:r>
      <w:proofErr w:type="spellStart"/>
      <w:r w:rsidR="00563FF5">
        <w:rPr>
          <w:sz w:val="16"/>
        </w:rPr>
        <w:t>rodzica</w:t>
      </w:r>
      <w:proofErr w:type="spellEnd"/>
      <w:r w:rsidR="00563FF5">
        <w:rPr>
          <w:sz w:val="16"/>
        </w:rPr>
        <w:t>/</w:t>
      </w:r>
      <w:proofErr w:type="spellStart"/>
      <w:r>
        <w:rPr>
          <w:sz w:val="16"/>
        </w:rPr>
        <w:t>opiekuna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prawnego</w:t>
      </w:r>
      <w:proofErr w:type="spellEnd"/>
      <w:r>
        <w:rPr>
          <w:sz w:val="16"/>
        </w:rPr>
        <w:t>)</w:t>
      </w:r>
    </w:p>
    <w:p w14:paraId="54C0B7DA" w14:textId="084A834E" w:rsidR="00766DAF" w:rsidRDefault="00766DAF">
      <w:pPr>
        <w:spacing w:after="20"/>
        <w:ind w:left="4365"/>
        <w:rPr>
          <w:sz w:val="19"/>
        </w:rPr>
      </w:pPr>
    </w:p>
    <w:p w14:paraId="563C34DA" w14:textId="77777777" w:rsidR="00563FF5" w:rsidRDefault="00563FF5">
      <w:pPr>
        <w:spacing w:after="20"/>
        <w:ind w:left="4365"/>
      </w:pPr>
    </w:p>
    <w:sectPr w:rsidR="00563FF5" w:rsidSect="00034616">
      <w:pgSz w:w="11906" w:h="16838"/>
      <w:pgMar w:top="879" w:right="1276" w:bottom="765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7508176">
    <w:abstractNumId w:val="8"/>
  </w:num>
  <w:num w:numId="2" w16cid:durableId="1124348014">
    <w:abstractNumId w:val="6"/>
  </w:num>
  <w:num w:numId="3" w16cid:durableId="433482851">
    <w:abstractNumId w:val="5"/>
  </w:num>
  <w:num w:numId="4" w16cid:durableId="1389765402">
    <w:abstractNumId w:val="4"/>
  </w:num>
  <w:num w:numId="5" w16cid:durableId="505480025">
    <w:abstractNumId w:val="7"/>
  </w:num>
  <w:num w:numId="6" w16cid:durableId="907105877">
    <w:abstractNumId w:val="3"/>
  </w:num>
  <w:num w:numId="7" w16cid:durableId="1820879577">
    <w:abstractNumId w:val="2"/>
  </w:num>
  <w:num w:numId="8" w16cid:durableId="489322559">
    <w:abstractNumId w:val="1"/>
  </w:num>
  <w:num w:numId="9" w16cid:durableId="89262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6B25"/>
    <w:rsid w:val="00563FF5"/>
    <w:rsid w:val="005C11B2"/>
    <w:rsid w:val="00766DAF"/>
    <w:rsid w:val="00A11EEA"/>
    <w:rsid w:val="00AA1D8D"/>
    <w:rsid w:val="00B47730"/>
    <w:rsid w:val="00CB0664"/>
    <w:rsid w:val="00FC693F"/>
    <w:rsid w:val="00FF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2A01F"/>
  <w14:defaultImageDpi w14:val="300"/>
  <w15:docId w15:val="{887BFA93-A1B7-421C-9475-EBE67ECB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Kamila Bogusz</cp:lastModifiedBy>
  <cp:revision>4</cp:revision>
  <dcterms:created xsi:type="dcterms:W3CDTF">2026-08-30T17:11:00Z</dcterms:created>
  <dcterms:modified xsi:type="dcterms:W3CDTF">2026-08-30T17:15:00Z</dcterms:modified>
  <cp:category/>
</cp:coreProperties>
</file>